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28FB5" w14:textId="77777777" w:rsidR="00AE276B" w:rsidRDefault="00000000">
      <w:pPr>
        <w:pStyle w:val="ResumeName"/>
        <w:jc w:val="center"/>
      </w:pPr>
      <w:r>
        <w:t>VALENTIN BUDIMIR</w:t>
      </w:r>
    </w:p>
    <w:p w14:paraId="488009D1" w14:textId="77777777" w:rsidR="00AE276B" w:rsidRDefault="00000000">
      <w:pPr>
        <w:spacing w:after="100"/>
        <w:jc w:val="center"/>
      </w:pPr>
      <w:r>
        <w:t>Spokane, WA 99223 | 509-992-2663 | valekbudimir@gmail.com | developer.softlaunchpad.com</w:t>
      </w:r>
    </w:p>
    <w:p w14:paraId="73056273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PROFESSIONAL SUMMARY</w:t>
      </w:r>
    </w:p>
    <w:p w14:paraId="309ED994" w14:textId="0F1107F8" w:rsidR="00AE276B" w:rsidRDefault="00000000">
      <w:pPr>
        <w:spacing w:after="40"/>
      </w:pPr>
      <w:r>
        <w:t xml:space="preserve">IT-focused Software Development graduate and current DevOps </w:t>
      </w:r>
      <w:r w:rsidR="00503B75">
        <w:t>B</w:t>
      </w:r>
      <w:r>
        <w:t xml:space="preserve">achelor's student with hands-on experience in </w:t>
      </w:r>
      <w:r w:rsidR="00503B75">
        <w:t xml:space="preserve">Cisco, AWS, </w:t>
      </w:r>
      <w:r>
        <w:t>web development, WordPress administration, SQL, Git/GitHub, DNS/hosting, SEO, and customer-facing technical problem solving. Experienced managing client websites, troubleshooting platform issues, configuring plugins and email delivery, working with ticket-style workflows, and documenting fixes clearly. Strong fit for Application Administrator, IT Support, Web Application Support, or junior DevOps-oriented roles that require dependable operations, communication, and practical technical execution.</w:t>
      </w:r>
    </w:p>
    <w:p w14:paraId="590DC9B9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TECHNICAL SKILLS</w:t>
      </w:r>
    </w:p>
    <w:p w14:paraId="01009893" w14:textId="77777777" w:rsidR="00AE276B" w:rsidRDefault="00000000">
      <w:pPr>
        <w:spacing w:after="20"/>
      </w:pPr>
      <w:r>
        <w:rPr>
          <w:b/>
        </w:rPr>
        <w:t xml:space="preserve">Application &amp; Web Administration: </w:t>
      </w:r>
      <w:r>
        <w:t>WordPress, Elementor, WooCommerce, Rank Math SEO, Gravity Forms, WPForms, WP Mail SMTP, plugin configuration, website maintenance, user/admin support, and client website updates.</w:t>
      </w:r>
    </w:p>
    <w:p w14:paraId="0EE9F521" w14:textId="432CDA38" w:rsidR="00AE276B" w:rsidRDefault="00000000">
      <w:pPr>
        <w:spacing w:after="20"/>
      </w:pPr>
      <w:r>
        <w:rPr>
          <w:b/>
        </w:rPr>
        <w:t xml:space="preserve">Programming &amp; Web Development: </w:t>
      </w:r>
      <w:r>
        <w:t>HTML5, CSS3, JavaScript, PHP, Laravel, React.js, Node.js, Android/Kotlin, responsive web design, frontend development, backend development, and full-stack web application concepts.</w:t>
      </w:r>
    </w:p>
    <w:p w14:paraId="406DAF88" w14:textId="21647408" w:rsidR="00AE276B" w:rsidRDefault="00000000">
      <w:pPr>
        <w:spacing w:after="20"/>
      </w:pPr>
      <w:r>
        <w:rPr>
          <w:b/>
        </w:rPr>
        <w:t xml:space="preserve">Databases &amp; Data: </w:t>
      </w:r>
      <w:r>
        <w:t>SQL, DBMS fundamentals, MongoDB, relational database concepts, database troubleshooting, WordPress database management, and basic data querying.</w:t>
      </w:r>
    </w:p>
    <w:p w14:paraId="4AF3D0C1" w14:textId="64DB23EC" w:rsidR="00AE276B" w:rsidRDefault="00000000">
      <w:pPr>
        <w:spacing w:after="20"/>
      </w:pPr>
      <w:r>
        <w:rPr>
          <w:b/>
        </w:rPr>
        <w:t xml:space="preserve">Systems, Hosting &amp; Cloud: </w:t>
      </w:r>
      <w:r>
        <w:t>Linux fundamentals, AWS Academy coursework, DreamHost, GoDaddy, DigitalOcean, DNS management, domain configuration, email records, SMTP setup, hosting support, and basic server troubleshooting.</w:t>
      </w:r>
    </w:p>
    <w:p w14:paraId="069C6444" w14:textId="19A3518A" w:rsidR="00AE276B" w:rsidRDefault="00000000">
      <w:pPr>
        <w:spacing w:after="20"/>
      </w:pPr>
      <w:r>
        <w:rPr>
          <w:b/>
        </w:rPr>
        <w:t xml:space="preserve">DevOps &amp; Technical Tools: </w:t>
      </w:r>
      <w:r>
        <w:t>Git, GitHub, Visual Studio Code, IntelliJ IDEA, Docker basics, Proxmox VE labs, Cisco Networking Academy coursework, CI/CD concepts, version control, and infrastructure fundamentals.</w:t>
      </w:r>
    </w:p>
    <w:p w14:paraId="38BF4A9D" w14:textId="77777777" w:rsidR="00AE276B" w:rsidRDefault="00000000">
      <w:pPr>
        <w:spacing w:after="20"/>
      </w:pPr>
      <w:r>
        <w:rPr>
          <w:b/>
        </w:rPr>
        <w:t xml:space="preserve">Support &amp; Workflow: </w:t>
      </w:r>
      <w:r>
        <w:t>Ticketing-system familiarity, issue tracking, technical documentation, troubleshooting, customer service, cross-team communication, client communication, problem solving, and application support.</w:t>
      </w:r>
    </w:p>
    <w:p w14:paraId="1D9E2E92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TECHNICAL PROJECT EXPERIENCE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912"/>
        <w:gridCol w:w="2880"/>
      </w:tblGrid>
      <w:tr w:rsidR="00AE276B" w14:paraId="2F5AA307" w14:textId="77777777">
        <w:trPr>
          <w:jc w:val="center"/>
        </w:trPr>
        <w:tc>
          <w:tcPr>
            <w:tcW w:w="6912" w:type="dxa"/>
          </w:tcPr>
          <w:p w14:paraId="586D6018" w14:textId="77777777" w:rsidR="00AE276B" w:rsidRDefault="00000000">
            <w:pPr>
              <w:pStyle w:val="JobTitle"/>
            </w:pPr>
            <w:r>
              <w:t>Freelance Web Developer / Website Administrator | Softlaunchpad and Client Projects - Spokane, WA</w:t>
            </w:r>
          </w:p>
        </w:tc>
        <w:tc>
          <w:tcPr>
            <w:tcW w:w="2880" w:type="dxa"/>
          </w:tcPr>
          <w:p w14:paraId="770C5660" w14:textId="77777777" w:rsidR="00AE276B" w:rsidRDefault="00000000">
            <w:pPr>
              <w:pStyle w:val="JobTitle"/>
              <w:jc w:val="right"/>
            </w:pPr>
            <w:r>
              <w:t>2024 - Present</w:t>
            </w:r>
          </w:p>
        </w:tc>
      </w:tr>
    </w:tbl>
    <w:p w14:paraId="432D0AA6" w14:textId="77777777" w:rsidR="00AE276B" w:rsidRDefault="00000000">
      <w:pPr>
        <w:spacing w:after="30"/>
        <w:ind w:left="216" w:hanging="216"/>
      </w:pPr>
      <w:r>
        <w:t>• Build, update, and troubleshoot WordPress websites for small businesses using Elementor, Astra, WooCommerce, and common SEO/contact-form plugins.</w:t>
      </w:r>
    </w:p>
    <w:p w14:paraId="31FE6A9B" w14:textId="77777777" w:rsidR="00AE276B" w:rsidRDefault="00000000">
      <w:pPr>
        <w:spacing w:after="30"/>
        <w:ind w:left="216" w:hanging="216"/>
      </w:pPr>
      <w:r>
        <w:t>• Manage domain, DNS, hosting, email, SMTP, and website migration tasks across platforms including DreamHost, GoDaddy, and DigitalOcean.</w:t>
      </w:r>
    </w:p>
    <w:p w14:paraId="084C9028" w14:textId="77777777" w:rsidR="00AE276B" w:rsidRDefault="00000000">
      <w:pPr>
        <w:spacing w:after="30"/>
        <w:ind w:left="216" w:hanging="216"/>
      </w:pPr>
      <w:r>
        <w:t>• Optimize website pages for local SEO using page titles, meta descriptions, OpenGraph settings, image optimization, Google Search Console, and Google Business Profile improvements.</w:t>
      </w:r>
    </w:p>
    <w:p w14:paraId="7C430BD2" w14:textId="77777777" w:rsidR="00AE276B" w:rsidRDefault="00000000">
      <w:pPr>
        <w:spacing w:after="30"/>
        <w:ind w:left="216" w:hanging="216"/>
      </w:pPr>
      <w:r>
        <w:t>• Troubleshoot technical issues such as sitemap errors, email notification delivery, checkout/shipping/tax configuration, responsive layout problems, and plugin conflicts.</w:t>
      </w:r>
    </w:p>
    <w:p w14:paraId="33296775" w14:textId="77777777" w:rsidR="00AE276B" w:rsidRDefault="00000000">
      <w:pPr>
        <w:spacing w:after="30"/>
        <w:ind w:left="216" w:hanging="216"/>
      </w:pPr>
      <w:r>
        <w:t>• Use Git/GitHub, VS Code, database access, and server-side troubleshooting steps to maintain projects and resolve application issues.</w:t>
      </w:r>
    </w:p>
    <w:p w14:paraId="5672CA32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PROFESSIONAL EXPERIENCE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912"/>
        <w:gridCol w:w="2880"/>
      </w:tblGrid>
      <w:tr w:rsidR="00AE276B" w14:paraId="0BDAD5CE" w14:textId="77777777">
        <w:trPr>
          <w:jc w:val="center"/>
        </w:trPr>
        <w:tc>
          <w:tcPr>
            <w:tcW w:w="6912" w:type="dxa"/>
          </w:tcPr>
          <w:p w14:paraId="0CC3C013" w14:textId="77777777" w:rsidR="00AE276B" w:rsidRDefault="00000000">
            <w:pPr>
              <w:pStyle w:val="JobTitle"/>
            </w:pPr>
            <w:r>
              <w:t>Professional Coach Operator | Spokane Transit Authority - Spokane, WA</w:t>
            </w:r>
          </w:p>
        </w:tc>
        <w:tc>
          <w:tcPr>
            <w:tcW w:w="2880" w:type="dxa"/>
          </w:tcPr>
          <w:p w14:paraId="4CAC5F8F" w14:textId="77777777" w:rsidR="00AE276B" w:rsidRDefault="00000000">
            <w:pPr>
              <w:pStyle w:val="JobTitle"/>
              <w:jc w:val="right"/>
            </w:pPr>
            <w:r>
              <w:t>09/2018 - Current</w:t>
            </w:r>
          </w:p>
        </w:tc>
      </w:tr>
    </w:tbl>
    <w:p w14:paraId="6549060B" w14:textId="77777777" w:rsidR="00AE276B" w:rsidRDefault="00000000">
      <w:pPr>
        <w:spacing w:after="30"/>
        <w:ind w:left="216" w:hanging="216"/>
      </w:pPr>
      <w:r>
        <w:t>• Provide reliable, customer-focused transportation service while maintaining safety, schedule awareness, and professionalism in a public-facing role.</w:t>
      </w:r>
    </w:p>
    <w:p w14:paraId="3D79B567" w14:textId="77777777" w:rsidR="00AE276B" w:rsidRDefault="00000000">
      <w:pPr>
        <w:spacing w:after="30"/>
        <w:ind w:left="216" w:hanging="216"/>
      </w:pPr>
      <w:r>
        <w:t>• Support new hires by sharing procedures, answering questions, and helping them learn operational expectations and best practices.</w:t>
      </w:r>
    </w:p>
    <w:p w14:paraId="01310F5B" w14:textId="77777777" w:rsidR="00AE276B" w:rsidRDefault="00000000">
      <w:pPr>
        <w:spacing w:after="30"/>
        <w:ind w:left="216" w:hanging="216"/>
      </w:pPr>
      <w:r>
        <w:t>• Communicate clearly with dispatch, coworkers, and passengers while handling changing routes, service issues, and time-sensitive situations.</w:t>
      </w:r>
    </w:p>
    <w:p w14:paraId="5226CEDA" w14:textId="77777777" w:rsidR="00AE276B" w:rsidRDefault="00000000">
      <w:pPr>
        <w:spacing w:after="30"/>
        <w:ind w:left="216" w:hanging="216"/>
      </w:pPr>
      <w:r>
        <w:t>• Demonstrate dependability, attention to detail, and strong problem-solving skills in a high-responsibility operating environment.</w:t>
      </w:r>
    </w:p>
    <w:p w14:paraId="5B46EEDE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EDUCATION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912"/>
        <w:gridCol w:w="2880"/>
      </w:tblGrid>
      <w:tr w:rsidR="00AE276B" w14:paraId="66F40588" w14:textId="77777777">
        <w:trPr>
          <w:jc w:val="center"/>
        </w:trPr>
        <w:tc>
          <w:tcPr>
            <w:tcW w:w="6912" w:type="dxa"/>
          </w:tcPr>
          <w:p w14:paraId="4B46AEDD" w14:textId="77777777" w:rsidR="00AE276B" w:rsidRDefault="00000000">
            <w:pPr>
              <w:pStyle w:val="JobTitle"/>
            </w:pPr>
            <w:r>
              <w:t>Bachelor of Applied Science: DevOps Engineering | Spokane Community College - Spokane, WA</w:t>
            </w:r>
          </w:p>
        </w:tc>
        <w:tc>
          <w:tcPr>
            <w:tcW w:w="2880" w:type="dxa"/>
          </w:tcPr>
          <w:p w14:paraId="71AF238E" w14:textId="77777777" w:rsidR="00AE276B" w:rsidRDefault="00000000">
            <w:pPr>
              <w:pStyle w:val="JobTitle"/>
              <w:jc w:val="right"/>
            </w:pPr>
            <w:r>
              <w:t>Started 09/2025 - Present</w:t>
            </w:r>
          </w:p>
        </w:tc>
      </w:tr>
    </w:tbl>
    <w:p w14:paraId="3A85117E" w14:textId="0200E118" w:rsidR="00AE276B" w:rsidRDefault="00000000">
      <w:pPr>
        <w:spacing w:after="30"/>
        <w:ind w:left="216" w:hanging="216"/>
      </w:pPr>
      <w:r>
        <w:t xml:space="preserve">• Ongoing coursework and labs focused on DevOps, </w:t>
      </w:r>
      <w:r w:rsidR="00503B75">
        <w:t xml:space="preserve">Cisco, </w:t>
      </w:r>
      <w:r>
        <w:t>Linux, cloud concepts, networking, systems administration, automation, and software delivery practices.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912"/>
        <w:gridCol w:w="2880"/>
      </w:tblGrid>
      <w:tr w:rsidR="00AE276B" w14:paraId="5F229F06" w14:textId="77777777">
        <w:trPr>
          <w:jc w:val="center"/>
        </w:trPr>
        <w:tc>
          <w:tcPr>
            <w:tcW w:w="6912" w:type="dxa"/>
          </w:tcPr>
          <w:p w14:paraId="1DFCD582" w14:textId="77777777" w:rsidR="00AE276B" w:rsidRDefault="00000000">
            <w:pPr>
              <w:pStyle w:val="JobTitle"/>
            </w:pPr>
            <w:r>
              <w:t>Associate of Applied Science: Software Development | Spokane Community College - Spokane, WA</w:t>
            </w:r>
          </w:p>
        </w:tc>
        <w:tc>
          <w:tcPr>
            <w:tcW w:w="2880" w:type="dxa"/>
          </w:tcPr>
          <w:p w14:paraId="0797A1B0" w14:textId="77777777" w:rsidR="00AE276B" w:rsidRDefault="00000000">
            <w:pPr>
              <w:pStyle w:val="JobTitle"/>
              <w:jc w:val="right"/>
            </w:pPr>
            <w:r>
              <w:t>06/2024</w:t>
            </w:r>
          </w:p>
        </w:tc>
      </w:tr>
    </w:tbl>
    <w:p w14:paraId="4E3B8AF6" w14:textId="77777777" w:rsidR="00AE276B" w:rsidRDefault="00000000">
      <w:pPr>
        <w:spacing w:after="30"/>
        <w:ind w:left="216" w:hanging="216"/>
      </w:pPr>
      <w:r>
        <w:t>• Completed software development coursework covering programming, web development, databases, version control, and application development fundamentals.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912"/>
        <w:gridCol w:w="2880"/>
      </w:tblGrid>
      <w:tr w:rsidR="00AE276B" w14:paraId="726AE830" w14:textId="77777777">
        <w:trPr>
          <w:jc w:val="center"/>
        </w:trPr>
        <w:tc>
          <w:tcPr>
            <w:tcW w:w="6912" w:type="dxa"/>
          </w:tcPr>
          <w:p w14:paraId="5D4EDAC7" w14:textId="77777777" w:rsidR="00AE276B" w:rsidRDefault="00000000">
            <w:pPr>
              <w:pStyle w:val="JobTitle"/>
            </w:pPr>
            <w:r>
              <w:t>Associate of Arts | Spokane Community College - Spokane, WA</w:t>
            </w:r>
          </w:p>
        </w:tc>
        <w:tc>
          <w:tcPr>
            <w:tcW w:w="2880" w:type="dxa"/>
          </w:tcPr>
          <w:p w14:paraId="352BF536" w14:textId="77777777" w:rsidR="00AE276B" w:rsidRDefault="00000000">
            <w:pPr>
              <w:pStyle w:val="JobTitle"/>
              <w:jc w:val="right"/>
            </w:pPr>
            <w:r>
              <w:t>06/2004</w:t>
            </w:r>
          </w:p>
        </w:tc>
      </w:tr>
    </w:tbl>
    <w:p w14:paraId="0A5A75E6" w14:textId="77777777" w:rsidR="00AE276B" w:rsidRDefault="00000000">
      <w:pPr>
        <w:pStyle w:val="SectionHeading"/>
        <w:pBdr>
          <w:bottom w:val="single" w:sz="8" w:space="1" w:color="C9D6E2"/>
        </w:pBdr>
        <w:spacing w:before="120" w:after="40"/>
      </w:pPr>
      <w:r>
        <w:t>ADDITIONAL STRENGTHS</w:t>
      </w:r>
    </w:p>
    <w:p w14:paraId="4B69A0CA" w14:textId="77777777" w:rsidR="00AE276B" w:rsidRDefault="00000000">
      <w:pPr>
        <w:spacing w:after="30"/>
        <w:ind w:left="216" w:hanging="216"/>
      </w:pPr>
      <w:r>
        <w:t>• Strong customer-service background combined with practical technical troubleshooting experience.</w:t>
      </w:r>
    </w:p>
    <w:p w14:paraId="2E4A53FA" w14:textId="77777777" w:rsidR="00AE276B" w:rsidRDefault="00000000">
      <w:pPr>
        <w:spacing w:after="30"/>
        <w:ind w:left="216" w:hanging="216"/>
      </w:pPr>
      <w:r>
        <w:t>• Comfortable learning new business applications, documenting issues, and supporting non-technical users.</w:t>
      </w:r>
    </w:p>
    <w:p w14:paraId="74847B8D" w14:textId="77777777" w:rsidR="00AE276B" w:rsidRDefault="00000000">
      <w:pPr>
        <w:spacing w:after="30"/>
        <w:ind w:left="216" w:hanging="216"/>
      </w:pPr>
      <w:r>
        <w:t>• Reliable, organized, and able to manage multiple priorities while continuing technical education.</w:t>
      </w:r>
    </w:p>
    <w:sectPr w:rsidR="00AE276B" w:rsidSect="00034616"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5348617">
    <w:abstractNumId w:val="8"/>
  </w:num>
  <w:num w:numId="2" w16cid:durableId="194345165">
    <w:abstractNumId w:val="6"/>
  </w:num>
  <w:num w:numId="3" w16cid:durableId="707098445">
    <w:abstractNumId w:val="5"/>
  </w:num>
  <w:num w:numId="4" w16cid:durableId="1526870266">
    <w:abstractNumId w:val="4"/>
  </w:num>
  <w:num w:numId="5" w16cid:durableId="1159073520">
    <w:abstractNumId w:val="7"/>
  </w:num>
  <w:num w:numId="6" w16cid:durableId="396511998">
    <w:abstractNumId w:val="3"/>
  </w:num>
  <w:num w:numId="7" w16cid:durableId="295793365">
    <w:abstractNumId w:val="2"/>
  </w:num>
  <w:num w:numId="8" w16cid:durableId="1813206071">
    <w:abstractNumId w:val="1"/>
  </w:num>
  <w:num w:numId="9" w16cid:durableId="1350445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03B75"/>
    <w:rsid w:val="00746AE9"/>
    <w:rsid w:val="007D29E6"/>
    <w:rsid w:val="009B3C5E"/>
    <w:rsid w:val="00AA1D8D"/>
    <w:rsid w:val="00AE276B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EABDDD"/>
  <w14:defaultImageDpi w14:val="300"/>
  <w15:docId w15:val="{A9D19C5B-03A1-3D4E-BE4E-521B5C9F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0" w:line="240" w:lineRule="auto"/>
    </w:pPr>
    <w:rPr>
      <w:rFonts w:ascii="Arial" w:eastAsia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esumeName">
    <w:name w:val="Resume Name"/>
    <w:pPr>
      <w:spacing w:after="0" w:line="240" w:lineRule="auto"/>
    </w:pPr>
    <w:rPr>
      <w:rFonts w:ascii="Arial" w:eastAsia="Arial" w:hAnsi="Arial"/>
      <w:b/>
      <w:color w:val="1F4E79"/>
      <w:sz w:val="40"/>
    </w:rPr>
  </w:style>
  <w:style w:type="paragraph" w:customStyle="1" w:styleId="SectionHeading">
    <w:name w:val="Section Heading"/>
    <w:pPr>
      <w:spacing w:after="0" w:line="240" w:lineRule="auto"/>
    </w:pPr>
    <w:rPr>
      <w:rFonts w:ascii="Arial" w:eastAsia="Arial" w:hAnsi="Arial"/>
      <w:b/>
      <w:color w:val="1F4E79"/>
      <w:sz w:val="21"/>
    </w:rPr>
  </w:style>
  <w:style w:type="paragraph" w:customStyle="1" w:styleId="JobTitle">
    <w:name w:val="Job Title"/>
    <w:pPr>
      <w:spacing w:after="0" w:line="240" w:lineRule="auto"/>
    </w:pPr>
    <w:rPr>
      <w:rFonts w:ascii="Arial" w:eastAsia="Arial" w:hAnsi="Arial"/>
      <w:b/>
      <w:color w:val="000000"/>
      <w:sz w:val="19"/>
    </w:rPr>
  </w:style>
  <w:style w:type="paragraph" w:customStyle="1" w:styleId="Subtle">
    <w:name w:val="Subtle"/>
    <w:pPr>
      <w:spacing w:after="0" w:line="240" w:lineRule="auto"/>
    </w:pPr>
    <w:rPr>
      <w:rFonts w:ascii="Arial" w:eastAsia="Arial" w:hAnsi="Arial"/>
      <w:color w:val="555555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Val B</cp:lastModifiedBy>
  <cp:revision>4</cp:revision>
  <dcterms:created xsi:type="dcterms:W3CDTF">2013-12-23T23:15:00Z</dcterms:created>
  <dcterms:modified xsi:type="dcterms:W3CDTF">2026-05-03T01:49:00Z</dcterms:modified>
  <cp:category/>
</cp:coreProperties>
</file>